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5A5FB" w14:textId="4071BED0" w:rsidR="002C3E1D" w:rsidRDefault="003C20ED">
      <w:pPr>
        <w:spacing w:after="620" w:line="300" w:lineRule="exact"/>
        <w:jc w:val="center"/>
        <w:rPr>
          <w:lang w:eastAsia="ko-KR"/>
        </w:rPr>
      </w:pPr>
      <w:r>
        <w:rPr>
          <w:b/>
          <w:sz w:val="22"/>
          <w:lang w:eastAsia="ko-KR"/>
        </w:rPr>
        <w:t>‘제7회 수원캠핑카쇼’ 참가신청서</w:t>
      </w:r>
    </w:p>
    <w:p w14:paraId="0BAD531F" w14:textId="77777777" w:rsidR="002C3E1D" w:rsidRDefault="003C20ED">
      <w:pPr>
        <w:spacing w:after="20" w:line="180" w:lineRule="exact"/>
        <w:rPr>
          <w:lang w:eastAsia="ko-KR"/>
        </w:rPr>
      </w:pPr>
      <w:r>
        <w:rPr>
          <w:b/>
          <w:color w:val="F5A623"/>
          <w:sz w:val="17"/>
          <w:lang w:eastAsia="ko-KR"/>
        </w:rPr>
        <w:t xml:space="preserve">▌ </w:t>
      </w:r>
      <w:r>
        <w:rPr>
          <w:b/>
          <w:sz w:val="15"/>
          <w:lang w:eastAsia="ko-KR"/>
        </w:rPr>
        <w:t>참가업체 (  □ 국내제조   □ 수입유통  )</w:t>
      </w:r>
    </w:p>
    <w:tbl>
      <w:tblPr>
        <w:tblW w:w="10771" w:type="dxa"/>
        <w:jc w:val="center"/>
        <w:tblLayout w:type="fixed"/>
        <w:tblLook w:val="04A0" w:firstRow="1" w:lastRow="0" w:firstColumn="1" w:lastColumn="0" w:noHBand="0" w:noVBand="1"/>
      </w:tblPr>
      <w:tblGrid>
        <w:gridCol w:w="1756"/>
        <w:gridCol w:w="3436"/>
        <w:gridCol w:w="1979"/>
        <w:gridCol w:w="3600"/>
      </w:tblGrid>
      <w:tr w:rsidR="002C3E1D" w14:paraId="769B8B24" w14:textId="77777777">
        <w:trPr>
          <w:trHeight w:hRule="exact" w:val="323"/>
          <w:jc w:val="center"/>
        </w:trPr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8D6F0"/>
            <w:tcMar>
              <w:top w:w="17" w:type="dxa"/>
              <w:left w:w="68" w:type="dxa"/>
              <w:bottom w:w="17" w:type="dxa"/>
              <w:right w:w="68" w:type="dxa"/>
            </w:tcMar>
            <w:vAlign w:val="center"/>
          </w:tcPr>
          <w:p w14:paraId="135A83F0" w14:textId="77777777" w:rsidR="002C3E1D" w:rsidRDefault="003C20ED">
            <w:pPr>
              <w:jc w:val="center"/>
            </w:pPr>
            <w:r>
              <w:rPr>
                <w:b/>
                <w:sz w:val="15"/>
              </w:rPr>
              <w:t>회    사    명</w:t>
            </w:r>
          </w:p>
        </w:tc>
        <w:tc>
          <w:tcPr>
            <w:tcW w:w="90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68" w:type="dxa"/>
              <w:bottom w:w="17" w:type="dxa"/>
              <w:right w:w="68" w:type="dxa"/>
            </w:tcMar>
            <w:vAlign w:val="center"/>
          </w:tcPr>
          <w:p w14:paraId="12844018" w14:textId="77777777" w:rsidR="002C3E1D" w:rsidRDefault="003C20ED">
            <w:r>
              <w:rPr>
                <w:b/>
                <w:sz w:val="15"/>
              </w:rPr>
              <w:t>국문 :                                           영문 :</w:t>
            </w:r>
          </w:p>
        </w:tc>
      </w:tr>
      <w:tr w:rsidR="002C3E1D" w14:paraId="63C7A5BC" w14:textId="77777777">
        <w:trPr>
          <w:trHeight w:hRule="exact" w:val="464"/>
          <w:jc w:val="center"/>
        </w:trPr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8D6F0"/>
            <w:tcMar>
              <w:top w:w="17" w:type="dxa"/>
              <w:left w:w="68" w:type="dxa"/>
              <w:bottom w:w="17" w:type="dxa"/>
              <w:right w:w="68" w:type="dxa"/>
            </w:tcMar>
            <w:vAlign w:val="center"/>
          </w:tcPr>
          <w:p w14:paraId="4835EDA5" w14:textId="77777777" w:rsidR="002C3E1D" w:rsidRDefault="003C20ED">
            <w:pPr>
              <w:jc w:val="center"/>
            </w:pPr>
            <w:r>
              <w:rPr>
                <w:b/>
                <w:sz w:val="15"/>
              </w:rPr>
              <w:t>주          소</w:t>
            </w:r>
          </w:p>
        </w:tc>
        <w:tc>
          <w:tcPr>
            <w:tcW w:w="90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68" w:type="dxa"/>
              <w:bottom w:w="17" w:type="dxa"/>
              <w:right w:w="68" w:type="dxa"/>
            </w:tcMar>
            <w:vAlign w:val="center"/>
          </w:tcPr>
          <w:p w14:paraId="57EABFA9" w14:textId="77777777" w:rsidR="002C3E1D" w:rsidRDefault="003C20ED">
            <w:r>
              <w:rPr>
                <w:b/>
                <w:sz w:val="15"/>
              </w:rPr>
              <w:t>(우편번호 :               )</w:t>
            </w:r>
          </w:p>
        </w:tc>
      </w:tr>
      <w:tr w:rsidR="002C3E1D" w14:paraId="3A786E92" w14:textId="77777777">
        <w:trPr>
          <w:trHeight w:hRule="exact" w:val="362"/>
          <w:jc w:val="center"/>
        </w:trPr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8D6F0"/>
            <w:tcMar>
              <w:top w:w="17" w:type="dxa"/>
              <w:left w:w="68" w:type="dxa"/>
              <w:bottom w:w="17" w:type="dxa"/>
              <w:right w:w="68" w:type="dxa"/>
            </w:tcMar>
            <w:vAlign w:val="center"/>
          </w:tcPr>
          <w:p w14:paraId="7D2E1A59" w14:textId="77777777" w:rsidR="002C3E1D" w:rsidRDefault="003C20ED">
            <w:pPr>
              <w:jc w:val="center"/>
            </w:pPr>
            <w:r>
              <w:rPr>
                <w:b/>
                <w:sz w:val="15"/>
              </w:rPr>
              <w:t>대    표    자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68" w:type="dxa"/>
              <w:bottom w:w="17" w:type="dxa"/>
              <w:right w:w="68" w:type="dxa"/>
            </w:tcMar>
            <w:vAlign w:val="center"/>
          </w:tcPr>
          <w:p w14:paraId="6CB5CE9A" w14:textId="77777777" w:rsidR="002C3E1D" w:rsidRDefault="002C3E1D"/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8D6F0"/>
            <w:tcMar>
              <w:top w:w="17" w:type="dxa"/>
              <w:left w:w="68" w:type="dxa"/>
              <w:bottom w:w="17" w:type="dxa"/>
              <w:right w:w="68" w:type="dxa"/>
            </w:tcMar>
            <w:vAlign w:val="center"/>
          </w:tcPr>
          <w:p w14:paraId="15C3D6F8" w14:textId="77777777" w:rsidR="002C3E1D" w:rsidRDefault="003C20ED">
            <w:pPr>
              <w:jc w:val="center"/>
            </w:pPr>
            <w:r>
              <w:rPr>
                <w:b/>
              </w:rPr>
              <w:t>사업자등록번호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68" w:type="dxa"/>
              <w:bottom w:w="17" w:type="dxa"/>
              <w:right w:w="68" w:type="dxa"/>
            </w:tcMar>
            <w:vAlign w:val="center"/>
          </w:tcPr>
          <w:p w14:paraId="151AA6A9" w14:textId="77777777" w:rsidR="002C3E1D" w:rsidRDefault="002C3E1D"/>
        </w:tc>
      </w:tr>
      <w:tr w:rsidR="002C3E1D" w14:paraId="2CAC075E" w14:textId="77777777">
        <w:trPr>
          <w:trHeight w:hRule="exact" w:val="300"/>
          <w:jc w:val="center"/>
        </w:trPr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8D6F0"/>
            <w:tcMar>
              <w:top w:w="17" w:type="dxa"/>
              <w:left w:w="68" w:type="dxa"/>
              <w:bottom w:w="17" w:type="dxa"/>
              <w:right w:w="68" w:type="dxa"/>
            </w:tcMar>
            <w:vAlign w:val="center"/>
          </w:tcPr>
          <w:p w14:paraId="3936B453" w14:textId="77777777" w:rsidR="002C3E1D" w:rsidRDefault="003C20ED">
            <w:pPr>
              <w:jc w:val="center"/>
            </w:pPr>
            <w:r>
              <w:rPr>
                <w:b/>
                <w:sz w:val="15"/>
              </w:rPr>
              <w:t>전          화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68" w:type="dxa"/>
              <w:bottom w:w="17" w:type="dxa"/>
              <w:right w:w="68" w:type="dxa"/>
            </w:tcMar>
            <w:vAlign w:val="center"/>
          </w:tcPr>
          <w:p w14:paraId="02B0B377" w14:textId="77777777" w:rsidR="002C3E1D" w:rsidRDefault="002C3E1D"/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8D6F0"/>
            <w:tcMar>
              <w:top w:w="17" w:type="dxa"/>
              <w:left w:w="68" w:type="dxa"/>
              <w:bottom w:w="17" w:type="dxa"/>
              <w:right w:w="68" w:type="dxa"/>
            </w:tcMar>
            <w:vAlign w:val="center"/>
          </w:tcPr>
          <w:p w14:paraId="4FE19181" w14:textId="77777777" w:rsidR="002C3E1D" w:rsidRDefault="003C20ED">
            <w:pPr>
              <w:jc w:val="center"/>
            </w:pPr>
            <w:r>
              <w:rPr>
                <w:b/>
                <w:sz w:val="15"/>
              </w:rPr>
              <w:t>팩          스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68" w:type="dxa"/>
              <w:bottom w:w="17" w:type="dxa"/>
              <w:right w:w="68" w:type="dxa"/>
            </w:tcMar>
            <w:vAlign w:val="center"/>
          </w:tcPr>
          <w:p w14:paraId="1B97E154" w14:textId="77777777" w:rsidR="002C3E1D" w:rsidRDefault="002C3E1D"/>
        </w:tc>
      </w:tr>
      <w:tr w:rsidR="002C3E1D" w14:paraId="366444B0" w14:textId="77777777">
        <w:trPr>
          <w:trHeight w:hRule="exact" w:val="323"/>
          <w:jc w:val="center"/>
        </w:trPr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8D6F0"/>
            <w:tcMar>
              <w:top w:w="17" w:type="dxa"/>
              <w:left w:w="68" w:type="dxa"/>
              <w:bottom w:w="17" w:type="dxa"/>
              <w:right w:w="68" w:type="dxa"/>
            </w:tcMar>
            <w:vAlign w:val="center"/>
          </w:tcPr>
          <w:p w14:paraId="5EA36F4C" w14:textId="77777777" w:rsidR="002C3E1D" w:rsidRDefault="003C20ED">
            <w:pPr>
              <w:jc w:val="center"/>
            </w:pPr>
            <w:r>
              <w:rPr>
                <w:b/>
                <w:sz w:val="15"/>
              </w:rPr>
              <w:t>이    메    일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68" w:type="dxa"/>
              <w:bottom w:w="17" w:type="dxa"/>
              <w:right w:w="68" w:type="dxa"/>
            </w:tcMar>
            <w:vAlign w:val="center"/>
          </w:tcPr>
          <w:p w14:paraId="3EF1A1C2" w14:textId="77777777" w:rsidR="002C3E1D" w:rsidRDefault="002C3E1D"/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8D6F0"/>
            <w:tcMar>
              <w:top w:w="17" w:type="dxa"/>
              <w:left w:w="68" w:type="dxa"/>
              <w:bottom w:w="17" w:type="dxa"/>
              <w:right w:w="68" w:type="dxa"/>
            </w:tcMar>
            <w:vAlign w:val="center"/>
          </w:tcPr>
          <w:p w14:paraId="56D75F93" w14:textId="77777777" w:rsidR="002C3E1D" w:rsidRDefault="003C20ED">
            <w:pPr>
              <w:jc w:val="center"/>
            </w:pPr>
            <w:r>
              <w:rPr>
                <w:b/>
                <w:sz w:val="15"/>
              </w:rPr>
              <w:t>홈  페  이  지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68" w:type="dxa"/>
              <w:bottom w:w="17" w:type="dxa"/>
              <w:right w:w="68" w:type="dxa"/>
            </w:tcMar>
            <w:vAlign w:val="center"/>
          </w:tcPr>
          <w:p w14:paraId="1F7A6AEA" w14:textId="77777777" w:rsidR="002C3E1D" w:rsidRDefault="002C3E1D"/>
        </w:tc>
      </w:tr>
      <w:tr w:rsidR="002C3E1D" w14:paraId="563FF728" w14:textId="77777777">
        <w:trPr>
          <w:trHeight w:hRule="exact" w:val="323"/>
          <w:jc w:val="center"/>
        </w:trPr>
        <w:tc>
          <w:tcPr>
            <w:tcW w:w="17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8D6F0"/>
            <w:tcMar>
              <w:top w:w="17" w:type="dxa"/>
              <w:left w:w="68" w:type="dxa"/>
              <w:bottom w:w="17" w:type="dxa"/>
              <w:right w:w="68" w:type="dxa"/>
            </w:tcMar>
            <w:vAlign w:val="center"/>
          </w:tcPr>
          <w:p w14:paraId="3FABD7D3" w14:textId="77777777" w:rsidR="002C3E1D" w:rsidRDefault="003C20ED">
            <w:pPr>
              <w:jc w:val="center"/>
            </w:pPr>
            <w:r>
              <w:rPr>
                <w:b/>
                <w:sz w:val="15"/>
              </w:rPr>
              <w:t>전시회</w:t>
            </w:r>
            <w:r>
              <w:rPr>
                <w:b/>
                <w:sz w:val="15"/>
              </w:rPr>
              <w:br/>
              <w:t>담당자</w:t>
            </w:r>
          </w:p>
        </w:tc>
        <w:tc>
          <w:tcPr>
            <w:tcW w:w="90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68" w:type="dxa"/>
              <w:bottom w:w="17" w:type="dxa"/>
              <w:right w:w="68" w:type="dxa"/>
            </w:tcMar>
            <w:vAlign w:val="center"/>
          </w:tcPr>
          <w:p w14:paraId="3E8382DC" w14:textId="77777777" w:rsidR="002C3E1D" w:rsidRDefault="003C20ED">
            <w:r>
              <w:rPr>
                <w:b/>
                <w:sz w:val="15"/>
              </w:rPr>
              <w:t>성명 :                         부서 :                         직위 :</w:t>
            </w:r>
          </w:p>
        </w:tc>
      </w:tr>
      <w:tr w:rsidR="002C3E1D" w14:paraId="595CA6CC" w14:textId="77777777">
        <w:trPr>
          <w:trHeight w:hRule="exact" w:val="323"/>
          <w:jc w:val="center"/>
        </w:trPr>
        <w:tc>
          <w:tcPr>
            <w:tcW w:w="17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56" w:type="dxa"/>
              <w:bottom w:w="11" w:type="dxa"/>
              <w:right w:w="56" w:type="dxa"/>
            </w:tcMar>
            <w:vAlign w:val="center"/>
          </w:tcPr>
          <w:p w14:paraId="6EF98D13" w14:textId="77777777" w:rsidR="002C3E1D" w:rsidRDefault="002C3E1D"/>
        </w:tc>
        <w:tc>
          <w:tcPr>
            <w:tcW w:w="90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68" w:type="dxa"/>
              <w:bottom w:w="17" w:type="dxa"/>
              <w:right w:w="68" w:type="dxa"/>
            </w:tcMar>
            <w:vAlign w:val="center"/>
          </w:tcPr>
          <w:p w14:paraId="76A6000B" w14:textId="77777777" w:rsidR="002C3E1D" w:rsidRDefault="003C20ED">
            <w:r>
              <w:rPr>
                <w:b/>
                <w:sz w:val="15"/>
              </w:rPr>
              <w:t>전화 :                         휴대폰 :</w:t>
            </w:r>
          </w:p>
        </w:tc>
      </w:tr>
      <w:tr w:rsidR="002C3E1D" w14:paraId="5F863E1C" w14:textId="77777777">
        <w:trPr>
          <w:trHeight w:hRule="exact" w:val="323"/>
          <w:jc w:val="center"/>
        </w:trPr>
        <w:tc>
          <w:tcPr>
            <w:tcW w:w="17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56" w:type="dxa"/>
              <w:bottom w:w="11" w:type="dxa"/>
              <w:right w:w="56" w:type="dxa"/>
            </w:tcMar>
            <w:vAlign w:val="center"/>
          </w:tcPr>
          <w:p w14:paraId="5277C33D" w14:textId="77777777" w:rsidR="002C3E1D" w:rsidRDefault="002C3E1D"/>
        </w:tc>
        <w:tc>
          <w:tcPr>
            <w:tcW w:w="90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68" w:type="dxa"/>
              <w:bottom w:w="17" w:type="dxa"/>
              <w:right w:w="68" w:type="dxa"/>
            </w:tcMar>
            <w:vAlign w:val="center"/>
          </w:tcPr>
          <w:p w14:paraId="5789E0E9" w14:textId="77777777" w:rsidR="002C3E1D" w:rsidRDefault="003C20ED">
            <w:pPr>
              <w:rPr>
                <w:lang w:eastAsia="ko-KR"/>
              </w:rPr>
            </w:pPr>
            <w:r>
              <w:rPr>
                <w:b/>
                <w:sz w:val="15"/>
                <w:lang w:eastAsia="ko-KR"/>
              </w:rPr>
              <w:t xml:space="preserve">이메일 :            </w:t>
            </w:r>
            <w:r>
              <w:rPr>
                <w:b/>
                <w:i/>
                <w:color w:val="8D8D8D"/>
                <w:sz w:val="10"/>
                <w:lang w:eastAsia="ko-KR"/>
              </w:rPr>
              <w:t>*추후 안내용 모바일 초청권 발송 예정, 담당자 메일주소로 정확히 기재바랍니다.</w:t>
            </w:r>
          </w:p>
        </w:tc>
      </w:tr>
      <w:tr w:rsidR="002C3E1D" w14:paraId="4A73F75E" w14:textId="77777777">
        <w:trPr>
          <w:trHeight w:hRule="exact" w:val="300"/>
          <w:jc w:val="center"/>
        </w:trPr>
        <w:tc>
          <w:tcPr>
            <w:tcW w:w="17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8D6F0"/>
            <w:tcMar>
              <w:top w:w="17" w:type="dxa"/>
              <w:left w:w="68" w:type="dxa"/>
              <w:bottom w:w="17" w:type="dxa"/>
              <w:right w:w="68" w:type="dxa"/>
            </w:tcMar>
            <w:vAlign w:val="center"/>
          </w:tcPr>
          <w:p w14:paraId="3C098E7D" w14:textId="77777777" w:rsidR="002C3E1D" w:rsidRDefault="003C20ED">
            <w:pPr>
              <w:jc w:val="center"/>
            </w:pPr>
            <w:r>
              <w:rPr>
                <w:b/>
                <w:sz w:val="15"/>
              </w:rPr>
              <w:t>세금계산서</w:t>
            </w:r>
            <w:r>
              <w:rPr>
                <w:b/>
                <w:sz w:val="15"/>
              </w:rPr>
              <w:br/>
              <w:t>담  당  자</w:t>
            </w:r>
          </w:p>
        </w:tc>
        <w:tc>
          <w:tcPr>
            <w:tcW w:w="90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68" w:type="dxa"/>
              <w:bottom w:w="17" w:type="dxa"/>
              <w:right w:w="68" w:type="dxa"/>
            </w:tcMar>
            <w:vAlign w:val="center"/>
          </w:tcPr>
          <w:p w14:paraId="55AC34D7" w14:textId="77777777" w:rsidR="002C3E1D" w:rsidRDefault="003C20ED">
            <w:r>
              <w:rPr>
                <w:b/>
                <w:sz w:val="15"/>
              </w:rPr>
              <w:t>성명 :                         부서 :                         직위 :</w:t>
            </w:r>
          </w:p>
        </w:tc>
      </w:tr>
      <w:tr w:rsidR="002C3E1D" w14:paraId="2FB60D2E" w14:textId="77777777">
        <w:trPr>
          <w:trHeight w:hRule="exact" w:val="323"/>
          <w:jc w:val="center"/>
        </w:trPr>
        <w:tc>
          <w:tcPr>
            <w:tcW w:w="17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56" w:type="dxa"/>
              <w:bottom w:w="11" w:type="dxa"/>
              <w:right w:w="56" w:type="dxa"/>
            </w:tcMar>
            <w:vAlign w:val="center"/>
          </w:tcPr>
          <w:p w14:paraId="5DE5B421" w14:textId="77777777" w:rsidR="002C3E1D" w:rsidRDefault="002C3E1D"/>
        </w:tc>
        <w:tc>
          <w:tcPr>
            <w:tcW w:w="90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68" w:type="dxa"/>
              <w:bottom w:w="17" w:type="dxa"/>
              <w:right w:w="68" w:type="dxa"/>
            </w:tcMar>
            <w:vAlign w:val="center"/>
          </w:tcPr>
          <w:p w14:paraId="503C2DCE" w14:textId="77777777" w:rsidR="002C3E1D" w:rsidRDefault="003C20ED">
            <w:pPr>
              <w:rPr>
                <w:lang w:eastAsia="ko-KR"/>
              </w:rPr>
            </w:pPr>
            <w:r>
              <w:rPr>
                <w:b/>
                <w:sz w:val="15"/>
                <w:lang w:eastAsia="ko-KR"/>
              </w:rPr>
              <w:t>전화 :                         세금계산서 발행 이메일 :</w:t>
            </w:r>
          </w:p>
        </w:tc>
      </w:tr>
      <w:tr w:rsidR="002C3E1D" w14:paraId="24CCF98B" w14:textId="77777777">
        <w:trPr>
          <w:trHeight w:hRule="exact" w:val="759"/>
          <w:jc w:val="center"/>
        </w:trPr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8D6F0"/>
            <w:tcMar>
              <w:top w:w="17" w:type="dxa"/>
              <w:left w:w="68" w:type="dxa"/>
              <w:bottom w:w="17" w:type="dxa"/>
              <w:right w:w="68" w:type="dxa"/>
            </w:tcMar>
            <w:vAlign w:val="center"/>
          </w:tcPr>
          <w:p w14:paraId="76247347" w14:textId="77777777" w:rsidR="002C3E1D" w:rsidRDefault="003C20ED">
            <w:pPr>
              <w:jc w:val="center"/>
            </w:pPr>
            <w:r>
              <w:rPr>
                <w:b/>
                <w:sz w:val="15"/>
              </w:rPr>
              <w:t>전시 품목</w:t>
            </w:r>
            <w:r>
              <w:rPr>
                <w:b/>
                <w:color w:val="FF3B5C"/>
                <w:sz w:val="11"/>
              </w:rPr>
              <w:br/>
              <w:t>*필수 기재*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68" w:type="dxa"/>
              <w:bottom w:w="17" w:type="dxa"/>
              <w:right w:w="68" w:type="dxa"/>
            </w:tcMar>
            <w:vAlign w:val="center"/>
          </w:tcPr>
          <w:p w14:paraId="6F675543" w14:textId="77777777" w:rsidR="002C3E1D" w:rsidRDefault="002C3E1D"/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8D6F0"/>
            <w:tcMar>
              <w:top w:w="17" w:type="dxa"/>
              <w:left w:w="68" w:type="dxa"/>
              <w:bottom w:w="17" w:type="dxa"/>
              <w:right w:w="68" w:type="dxa"/>
            </w:tcMar>
            <w:vAlign w:val="center"/>
          </w:tcPr>
          <w:p w14:paraId="6A3EEFE3" w14:textId="77777777" w:rsidR="002C3E1D" w:rsidRDefault="003C20ED">
            <w:pPr>
              <w:jc w:val="center"/>
              <w:rPr>
                <w:lang w:eastAsia="ko-KR"/>
              </w:rPr>
            </w:pPr>
            <w:r>
              <w:rPr>
                <w:b/>
                <w:lang w:eastAsia="ko-KR"/>
              </w:rPr>
              <w:t>전시 품목 브랜드</w:t>
            </w:r>
            <w:r>
              <w:rPr>
                <w:b/>
                <w:color w:val="FF3B5C"/>
                <w:sz w:val="11"/>
                <w:lang w:eastAsia="ko-KR"/>
              </w:rPr>
              <w:br/>
              <w:t>*필수 기재*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68" w:type="dxa"/>
              <w:bottom w:w="17" w:type="dxa"/>
              <w:right w:w="68" w:type="dxa"/>
            </w:tcMar>
            <w:vAlign w:val="center"/>
          </w:tcPr>
          <w:p w14:paraId="0B85BDBF" w14:textId="77777777" w:rsidR="002C3E1D" w:rsidRDefault="002C3E1D">
            <w:pPr>
              <w:rPr>
                <w:lang w:eastAsia="ko-KR"/>
              </w:rPr>
            </w:pPr>
          </w:p>
        </w:tc>
      </w:tr>
    </w:tbl>
    <w:p w14:paraId="668E02F7" w14:textId="77777777" w:rsidR="002C3E1D" w:rsidRDefault="002C3E1D">
      <w:pPr>
        <w:spacing w:line="500" w:lineRule="exact"/>
        <w:rPr>
          <w:lang w:eastAsia="ko-KR"/>
        </w:rPr>
      </w:pPr>
    </w:p>
    <w:p w14:paraId="7114A3C8" w14:textId="77777777" w:rsidR="002C3E1D" w:rsidRDefault="003C20ED">
      <w:pPr>
        <w:spacing w:after="20" w:line="180" w:lineRule="exact"/>
        <w:rPr>
          <w:lang w:eastAsia="ko-KR"/>
        </w:rPr>
      </w:pPr>
      <w:r>
        <w:rPr>
          <w:b/>
          <w:color w:val="F5A623"/>
          <w:sz w:val="17"/>
          <w:lang w:eastAsia="ko-KR"/>
        </w:rPr>
        <w:t xml:space="preserve">▌ </w:t>
      </w:r>
      <w:r>
        <w:rPr>
          <w:b/>
          <w:sz w:val="15"/>
          <w:lang w:eastAsia="ko-KR"/>
        </w:rPr>
        <w:t>참가신청 및 부대시설 신청</w:t>
      </w:r>
      <w:r>
        <w:rPr>
          <w:b/>
          <w:color w:val="FF3B5C"/>
          <w:sz w:val="10"/>
          <w:lang w:eastAsia="ko-KR"/>
        </w:rPr>
        <w:t xml:space="preserve">  *필수 기재*</w:t>
      </w:r>
    </w:p>
    <w:tbl>
      <w:tblPr>
        <w:tblW w:w="10769" w:type="dxa"/>
        <w:jc w:val="center"/>
        <w:tblLayout w:type="fixed"/>
        <w:tblLook w:val="04A0" w:firstRow="1" w:lastRow="0" w:firstColumn="1" w:lastColumn="0" w:noHBand="0" w:noVBand="1"/>
      </w:tblPr>
      <w:tblGrid>
        <w:gridCol w:w="1230"/>
        <w:gridCol w:w="709"/>
        <w:gridCol w:w="709"/>
        <w:gridCol w:w="1995"/>
        <w:gridCol w:w="2034"/>
        <w:gridCol w:w="4092"/>
      </w:tblGrid>
      <w:tr w:rsidR="002C3E1D" w14:paraId="6DADB183" w14:textId="77777777">
        <w:trPr>
          <w:trHeight w:hRule="exact" w:val="470"/>
          <w:jc w:val="center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8D6F0"/>
            <w:tcMar>
              <w:top w:w="17" w:type="dxa"/>
              <w:left w:w="68" w:type="dxa"/>
              <w:bottom w:w="17" w:type="dxa"/>
              <w:right w:w="68" w:type="dxa"/>
            </w:tcMar>
            <w:vAlign w:val="center"/>
          </w:tcPr>
          <w:p w14:paraId="3FDC18A2" w14:textId="77777777" w:rsidR="002C3E1D" w:rsidRDefault="003C20ED">
            <w:pPr>
              <w:jc w:val="center"/>
            </w:pPr>
            <w:r>
              <w:rPr>
                <w:b/>
                <w:sz w:val="15"/>
              </w:rPr>
              <w:t>구분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8D6F0"/>
            <w:tcMar>
              <w:top w:w="17" w:type="dxa"/>
              <w:left w:w="68" w:type="dxa"/>
              <w:bottom w:w="17" w:type="dxa"/>
              <w:right w:w="68" w:type="dxa"/>
            </w:tcMar>
            <w:vAlign w:val="center"/>
          </w:tcPr>
          <w:p w14:paraId="79A9C4C2" w14:textId="77777777" w:rsidR="002C3E1D" w:rsidRDefault="003C20ED">
            <w:pPr>
              <w:jc w:val="center"/>
            </w:pPr>
            <w:r>
              <w:rPr>
                <w:b/>
                <w:sz w:val="15"/>
              </w:rPr>
              <w:t>항목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8D6F0"/>
            <w:tcMar>
              <w:top w:w="17" w:type="dxa"/>
              <w:left w:w="68" w:type="dxa"/>
              <w:bottom w:w="17" w:type="dxa"/>
              <w:right w:w="68" w:type="dxa"/>
            </w:tcMar>
            <w:vAlign w:val="center"/>
          </w:tcPr>
          <w:p w14:paraId="00EE3261" w14:textId="77777777" w:rsidR="002C3E1D" w:rsidRDefault="003C20ED">
            <w:pPr>
              <w:jc w:val="center"/>
            </w:pPr>
            <w:r>
              <w:rPr>
                <w:b/>
                <w:sz w:val="15"/>
              </w:rPr>
              <w:t xml:space="preserve">단가 </w:t>
            </w:r>
            <w:r>
              <w:rPr>
                <w:b/>
                <w:sz w:val="10"/>
              </w:rPr>
              <w:t>(VAT별도)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8D6F0"/>
            <w:tcMar>
              <w:top w:w="17" w:type="dxa"/>
              <w:left w:w="68" w:type="dxa"/>
              <w:bottom w:w="17" w:type="dxa"/>
              <w:right w:w="68" w:type="dxa"/>
            </w:tcMar>
            <w:vAlign w:val="center"/>
          </w:tcPr>
          <w:p w14:paraId="4D0F55EE" w14:textId="77777777" w:rsidR="002C3E1D" w:rsidRDefault="003C20ED">
            <w:pPr>
              <w:jc w:val="center"/>
            </w:pPr>
            <w:r>
              <w:rPr>
                <w:b/>
                <w:sz w:val="15"/>
              </w:rPr>
              <w:t>신청규모</w:t>
            </w: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8D6F0"/>
            <w:tcMar>
              <w:top w:w="17" w:type="dxa"/>
              <w:left w:w="68" w:type="dxa"/>
              <w:bottom w:w="17" w:type="dxa"/>
              <w:right w:w="68" w:type="dxa"/>
            </w:tcMar>
            <w:vAlign w:val="center"/>
          </w:tcPr>
          <w:p w14:paraId="6060691F" w14:textId="77777777" w:rsidR="002C3E1D" w:rsidRDefault="003C20ED">
            <w:pPr>
              <w:jc w:val="center"/>
            </w:pPr>
            <w:r>
              <w:rPr>
                <w:b/>
                <w:sz w:val="15"/>
              </w:rPr>
              <w:t>비고</w:t>
            </w:r>
          </w:p>
        </w:tc>
      </w:tr>
      <w:tr w:rsidR="002C3E1D" w14:paraId="06C261CE" w14:textId="77777777">
        <w:trPr>
          <w:trHeight w:hRule="exact" w:val="890"/>
          <w:jc w:val="center"/>
        </w:trPr>
        <w:tc>
          <w:tcPr>
            <w:tcW w:w="12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68" w:type="dxa"/>
              <w:bottom w:w="17" w:type="dxa"/>
              <w:right w:w="68" w:type="dxa"/>
            </w:tcMar>
            <w:vAlign w:val="center"/>
          </w:tcPr>
          <w:p w14:paraId="3B7FD3F8" w14:textId="77777777" w:rsidR="002C3E1D" w:rsidRDefault="003C20ED">
            <w:pPr>
              <w:jc w:val="center"/>
            </w:pPr>
            <w:r>
              <w:rPr>
                <w:b/>
              </w:rPr>
              <w:t>부  스  신  청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68" w:type="dxa"/>
              <w:bottom w:w="17" w:type="dxa"/>
              <w:right w:w="68" w:type="dxa"/>
            </w:tcMar>
            <w:vAlign w:val="center"/>
          </w:tcPr>
          <w:p w14:paraId="31F3A1CB" w14:textId="77777777" w:rsidR="002C3E1D" w:rsidRDefault="003C20ED">
            <w:pPr>
              <w:jc w:val="center"/>
            </w:pPr>
            <w:r>
              <w:rPr>
                <w:b/>
                <w:sz w:val="16"/>
              </w:rPr>
              <w:t>독립부스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68" w:type="dxa"/>
              <w:bottom w:w="17" w:type="dxa"/>
              <w:right w:w="68" w:type="dxa"/>
            </w:tcMar>
            <w:vAlign w:val="center"/>
          </w:tcPr>
          <w:p w14:paraId="6A92B446" w14:textId="77777777" w:rsidR="002C3E1D" w:rsidRDefault="003C20ED">
            <w:pPr>
              <w:jc w:val="center"/>
            </w:pPr>
            <w:r>
              <w:rPr>
                <w:b/>
                <w:sz w:val="16"/>
              </w:rPr>
              <w:t>1,000,000원/부스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68" w:type="dxa"/>
              <w:bottom w:w="17" w:type="dxa"/>
              <w:right w:w="68" w:type="dxa"/>
            </w:tcMar>
            <w:vAlign w:val="center"/>
          </w:tcPr>
          <w:p w14:paraId="191ABEDE" w14:textId="77777777" w:rsidR="002C3E1D" w:rsidRDefault="003C20ED">
            <w:pPr>
              <w:jc w:val="right"/>
            </w:pPr>
            <w:r>
              <w:rPr>
                <w:b/>
                <w:sz w:val="16"/>
              </w:rPr>
              <w:t>부스</w:t>
            </w: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68" w:type="dxa"/>
              <w:bottom w:w="17" w:type="dxa"/>
              <w:right w:w="68" w:type="dxa"/>
            </w:tcMar>
            <w:vAlign w:val="center"/>
          </w:tcPr>
          <w:p w14:paraId="32191188" w14:textId="77777777" w:rsidR="002C3E1D" w:rsidRDefault="003C20ED">
            <w:pPr>
              <w:rPr>
                <w:lang w:eastAsia="ko-KR"/>
              </w:rPr>
            </w:pPr>
            <w:r>
              <w:rPr>
                <w:b/>
                <w:sz w:val="12"/>
                <w:lang w:eastAsia="ko-KR"/>
              </w:rPr>
              <w:t>•면적만 제공 (1부스=9㎡)</w:t>
            </w:r>
            <w:r>
              <w:rPr>
                <w:b/>
                <w:sz w:val="12"/>
                <w:lang w:eastAsia="ko-KR"/>
              </w:rPr>
              <w:br/>
              <w:t>•파이텍스 시공 필수</w:t>
            </w:r>
            <w:r>
              <w:rPr>
                <w:b/>
                <w:sz w:val="12"/>
                <w:lang w:eastAsia="ko-KR"/>
              </w:rPr>
              <w:br/>
              <w:t>•부스 시공 시 수원컨벤션센터 등록업체 이용</w:t>
            </w:r>
            <w:r>
              <w:rPr>
                <w:b/>
                <w:sz w:val="12"/>
                <w:lang w:eastAsia="ko-KR"/>
              </w:rPr>
              <w:br/>
              <w:t>•최소 2부스 이상 신청 가능</w:t>
            </w:r>
          </w:p>
        </w:tc>
      </w:tr>
      <w:tr w:rsidR="002C3E1D" w14:paraId="4D44D91D" w14:textId="77777777">
        <w:trPr>
          <w:trHeight w:hRule="exact" w:val="890"/>
          <w:jc w:val="center"/>
        </w:trPr>
        <w:tc>
          <w:tcPr>
            <w:tcW w:w="12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56" w:type="dxa"/>
              <w:bottom w:w="8" w:type="dxa"/>
              <w:right w:w="56" w:type="dxa"/>
            </w:tcMar>
            <w:vAlign w:val="center"/>
          </w:tcPr>
          <w:p w14:paraId="6A2ED5AE" w14:textId="77777777" w:rsidR="002C3E1D" w:rsidRDefault="002C3E1D">
            <w:pPr>
              <w:rPr>
                <w:lang w:eastAsia="ko-KR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68" w:type="dxa"/>
              <w:bottom w:w="17" w:type="dxa"/>
              <w:right w:w="68" w:type="dxa"/>
            </w:tcMar>
            <w:vAlign w:val="center"/>
          </w:tcPr>
          <w:p w14:paraId="21C856BE" w14:textId="77777777" w:rsidR="002C3E1D" w:rsidRDefault="003C20ED">
            <w:pPr>
              <w:jc w:val="center"/>
            </w:pPr>
            <w:r>
              <w:rPr>
                <w:b/>
                <w:sz w:val="16"/>
              </w:rPr>
              <w:t>기본부스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68" w:type="dxa"/>
              <w:bottom w:w="17" w:type="dxa"/>
              <w:right w:w="68" w:type="dxa"/>
            </w:tcMar>
            <w:vAlign w:val="center"/>
          </w:tcPr>
          <w:p w14:paraId="1DB48B65" w14:textId="77777777" w:rsidR="002C3E1D" w:rsidRDefault="003C20ED">
            <w:pPr>
              <w:jc w:val="center"/>
            </w:pPr>
            <w:r>
              <w:rPr>
                <w:b/>
                <w:sz w:val="16"/>
              </w:rPr>
              <w:t>1,600,000원/부스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68" w:type="dxa"/>
              <w:bottom w:w="17" w:type="dxa"/>
              <w:right w:w="68" w:type="dxa"/>
            </w:tcMar>
            <w:vAlign w:val="center"/>
          </w:tcPr>
          <w:p w14:paraId="32546966" w14:textId="77777777" w:rsidR="002C3E1D" w:rsidRDefault="003C20ED">
            <w:pPr>
              <w:jc w:val="right"/>
            </w:pPr>
            <w:r>
              <w:rPr>
                <w:b/>
                <w:sz w:val="16"/>
              </w:rPr>
              <w:t>부스</w:t>
            </w: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68" w:type="dxa"/>
              <w:bottom w:w="17" w:type="dxa"/>
              <w:right w:w="68" w:type="dxa"/>
            </w:tcMar>
            <w:vAlign w:val="center"/>
          </w:tcPr>
          <w:p w14:paraId="6B5C415F" w14:textId="46E79C15" w:rsidR="002C3E1D" w:rsidRDefault="003C20ED">
            <w:pPr>
              <w:rPr>
                <w:lang w:eastAsia="ko-KR"/>
              </w:rPr>
            </w:pPr>
            <w:r>
              <w:rPr>
                <w:b/>
                <w:sz w:val="11"/>
                <w:lang w:eastAsia="ko-KR"/>
              </w:rPr>
              <w:t>•제공사항 :</w:t>
            </w:r>
            <w:r>
              <w:rPr>
                <w:b/>
                <w:sz w:val="11"/>
                <w:lang w:eastAsia="ko-KR"/>
              </w:rPr>
              <w:br/>
            </w:r>
            <w:r w:rsidR="00292032">
              <w:rPr>
                <w:rFonts w:hint="eastAsia"/>
                <w:b/>
                <w:sz w:val="11"/>
                <w:lang w:eastAsia="ko-KR"/>
              </w:rPr>
              <w:t>옥타</w:t>
            </w:r>
            <w:r>
              <w:rPr>
                <w:b/>
                <w:sz w:val="11"/>
                <w:lang w:eastAsia="ko-KR"/>
              </w:rPr>
              <w:t>부스(1부스=3m×3m), 파이텍스,</w:t>
            </w:r>
            <w:r>
              <w:rPr>
                <w:b/>
                <w:sz w:val="11"/>
                <w:lang w:eastAsia="ko-KR"/>
              </w:rPr>
              <w:br/>
              <w:t>상호간판, 전기1kw, 콘센트1개, 의자1개,</w:t>
            </w:r>
            <w:r>
              <w:rPr>
                <w:b/>
                <w:sz w:val="11"/>
                <w:lang w:eastAsia="ko-KR"/>
              </w:rPr>
              <w:br/>
              <w:t>안내데스크 1개</w:t>
            </w:r>
          </w:p>
        </w:tc>
      </w:tr>
      <w:tr w:rsidR="002C3E1D" w14:paraId="3CDFBB0F" w14:textId="77777777">
        <w:trPr>
          <w:trHeight w:hRule="exact" w:val="362"/>
          <w:jc w:val="center"/>
        </w:trPr>
        <w:tc>
          <w:tcPr>
            <w:tcW w:w="12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68" w:type="dxa"/>
              <w:bottom w:w="17" w:type="dxa"/>
              <w:right w:w="68" w:type="dxa"/>
            </w:tcMar>
            <w:vAlign w:val="center"/>
          </w:tcPr>
          <w:p w14:paraId="654A1443" w14:textId="77777777" w:rsidR="002C3E1D" w:rsidRDefault="003C20ED">
            <w:pPr>
              <w:jc w:val="center"/>
            </w:pPr>
            <w:r>
              <w:rPr>
                <w:b/>
              </w:rPr>
              <w:t>부  대  시  설</w:t>
            </w:r>
            <w:r>
              <w:rPr>
                <w:b/>
              </w:rPr>
              <w:br/>
              <w:t>신          청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68" w:type="dxa"/>
              <w:bottom w:w="17" w:type="dxa"/>
              <w:right w:w="68" w:type="dxa"/>
            </w:tcMar>
            <w:vAlign w:val="center"/>
          </w:tcPr>
          <w:p w14:paraId="65F8294D" w14:textId="77777777" w:rsidR="002C3E1D" w:rsidRDefault="003C20ED">
            <w:pPr>
              <w:jc w:val="center"/>
            </w:pPr>
            <w:r>
              <w:rPr>
                <w:b/>
              </w:rPr>
              <w:t>전기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68" w:type="dxa"/>
              <w:bottom w:w="17" w:type="dxa"/>
              <w:right w:w="68" w:type="dxa"/>
            </w:tcMar>
            <w:vAlign w:val="center"/>
          </w:tcPr>
          <w:p w14:paraId="7C555C71" w14:textId="77777777" w:rsidR="002C3E1D" w:rsidRDefault="003C20ED">
            <w:pPr>
              <w:jc w:val="center"/>
            </w:pPr>
            <w:r>
              <w:rPr>
                <w:b/>
              </w:rPr>
              <w:t>일반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68" w:type="dxa"/>
              <w:bottom w:w="17" w:type="dxa"/>
              <w:right w:w="68" w:type="dxa"/>
            </w:tcMar>
            <w:vAlign w:val="center"/>
          </w:tcPr>
          <w:p w14:paraId="71C84359" w14:textId="073111EB" w:rsidR="002C3E1D" w:rsidRDefault="00292032">
            <w:pPr>
              <w:jc w:val="center"/>
            </w:pPr>
            <w:r>
              <w:rPr>
                <w:b/>
                <w:sz w:val="15"/>
              </w:rPr>
              <w:t>8</w:t>
            </w:r>
            <w:r w:rsidR="003C20ED">
              <w:rPr>
                <w:b/>
                <w:sz w:val="15"/>
              </w:rPr>
              <w:t>0,000원/kw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68" w:type="dxa"/>
              <w:bottom w:w="17" w:type="dxa"/>
              <w:right w:w="68" w:type="dxa"/>
            </w:tcMar>
            <w:vAlign w:val="center"/>
          </w:tcPr>
          <w:p w14:paraId="2ACCA78B" w14:textId="77777777" w:rsidR="002C3E1D" w:rsidRDefault="003C20ED">
            <w:pPr>
              <w:jc w:val="right"/>
            </w:pPr>
            <w:r>
              <w:rPr>
                <w:b/>
                <w:sz w:val="15"/>
              </w:rPr>
              <w:t>kw</w:t>
            </w:r>
          </w:p>
        </w:tc>
        <w:tc>
          <w:tcPr>
            <w:tcW w:w="40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68" w:type="dxa"/>
              <w:bottom w:w="17" w:type="dxa"/>
              <w:right w:w="68" w:type="dxa"/>
            </w:tcMar>
            <w:vAlign w:val="center"/>
          </w:tcPr>
          <w:p w14:paraId="08443CDE" w14:textId="77777777" w:rsidR="002C3E1D" w:rsidRDefault="003C20ED">
            <w:pPr>
              <w:rPr>
                <w:lang w:eastAsia="ko-KR"/>
              </w:rPr>
            </w:pPr>
            <w:r>
              <w:rPr>
                <w:b/>
                <w:sz w:val="12"/>
                <w:lang w:eastAsia="ko-KR"/>
              </w:rPr>
              <w:t>•독립부스 전기 신청 시, 콘센트 1개 제공</w:t>
            </w:r>
          </w:p>
        </w:tc>
      </w:tr>
      <w:tr w:rsidR="002C3E1D" w14:paraId="77F53C1D" w14:textId="77777777">
        <w:trPr>
          <w:trHeight w:hRule="exact" w:val="425"/>
          <w:jc w:val="center"/>
        </w:trPr>
        <w:tc>
          <w:tcPr>
            <w:tcW w:w="12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56" w:type="dxa"/>
              <w:bottom w:w="8" w:type="dxa"/>
              <w:right w:w="56" w:type="dxa"/>
            </w:tcMar>
            <w:vAlign w:val="center"/>
          </w:tcPr>
          <w:p w14:paraId="6E1800F1" w14:textId="77777777" w:rsidR="002C3E1D" w:rsidRDefault="002C3E1D">
            <w:pPr>
              <w:rPr>
                <w:lang w:eastAsia="ko-KR"/>
              </w:rPr>
            </w:pPr>
          </w:p>
        </w:tc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56" w:type="dxa"/>
              <w:bottom w:w="8" w:type="dxa"/>
              <w:right w:w="56" w:type="dxa"/>
            </w:tcMar>
            <w:vAlign w:val="center"/>
          </w:tcPr>
          <w:p w14:paraId="29E91D3B" w14:textId="77777777" w:rsidR="002C3E1D" w:rsidRDefault="002C3E1D">
            <w:pPr>
              <w:rPr>
                <w:lang w:eastAsia="ko-KR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68" w:type="dxa"/>
              <w:bottom w:w="17" w:type="dxa"/>
              <w:right w:w="68" w:type="dxa"/>
            </w:tcMar>
            <w:vAlign w:val="center"/>
          </w:tcPr>
          <w:p w14:paraId="6F1327B0" w14:textId="77777777" w:rsidR="002C3E1D" w:rsidRDefault="003C20ED">
            <w:pPr>
              <w:jc w:val="center"/>
            </w:pPr>
            <w:r>
              <w:rPr>
                <w:b/>
              </w:rPr>
              <w:t>24시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68" w:type="dxa"/>
              <w:bottom w:w="17" w:type="dxa"/>
              <w:right w:w="68" w:type="dxa"/>
            </w:tcMar>
            <w:vAlign w:val="center"/>
          </w:tcPr>
          <w:p w14:paraId="4CE6812D" w14:textId="27E0206F" w:rsidR="002C3E1D" w:rsidRDefault="003C20ED">
            <w:pPr>
              <w:jc w:val="center"/>
            </w:pPr>
            <w:r>
              <w:rPr>
                <w:b/>
                <w:sz w:val="15"/>
              </w:rPr>
              <w:t>1</w:t>
            </w:r>
            <w:r w:rsidR="00292032">
              <w:rPr>
                <w:b/>
                <w:sz w:val="15"/>
              </w:rPr>
              <w:t>5</w:t>
            </w:r>
            <w:r>
              <w:rPr>
                <w:b/>
                <w:sz w:val="15"/>
              </w:rPr>
              <w:t>0,000원/kw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68" w:type="dxa"/>
              <w:bottom w:w="17" w:type="dxa"/>
              <w:right w:w="68" w:type="dxa"/>
            </w:tcMar>
            <w:vAlign w:val="center"/>
          </w:tcPr>
          <w:p w14:paraId="41F6671A" w14:textId="77777777" w:rsidR="002C3E1D" w:rsidRDefault="003C20ED">
            <w:pPr>
              <w:jc w:val="right"/>
            </w:pPr>
            <w:r>
              <w:rPr>
                <w:b/>
                <w:sz w:val="15"/>
              </w:rPr>
              <w:t>kw</w:t>
            </w:r>
          </w:p>
        </w:tc>
        <w:tc>
          <w:tcPr>
            <w:tcW w:w="40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56" w:type="dxa"/>
              <w:bottom w:w="8" w:type="dxa"/>
              <w:right w:w="56" w:type="dxa"/>
            </w:tcMar>
            <w:vAlign w:val="center"/>
          </w:tcPr>
          <w:p w14:paraId="24DE1C6D" w14:textId="77777777" w:rsidR="002C3E1D" w:rsidRDefault="002C3E1D"/>
        </w:tc>
      </w:tr>
      <w:tr w:rsidR="002C3E1D" w14:paraId="066235A0" w14:textId="77777777">
        <w:trPr>
          <w:trHeight w:hRule="exact" w:val="345"/>
          <w:jc w:val="center"/>
        </w:trPr>
        <w:tc>
          <w:tcPr>
            <w:tcW w:w="12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56" w:type="dxa"/>
              <w:bottom w:w="8" w:type="dxa"/>
              <w:right w:w="56" w:type="dxa"/>
            </w:tcMar>
            <w:vAlign w:val="center"/>
          </w:tcPr>
          <w:p w14:paraId="16101F6C" w14:textId="77777777" w:rsidR="002C3E1D" w:rsidRDefault="002C3E1D"/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68" w:type="dxa"/>
              <w:bottom w:w="17" w:type="dxa"/>
              <w:right w:w="68" w:type="dxa"/>
            </w:tcMar>
            <w:vAlign w:val="center"/>
          </w:tcPr>
          <w:p w14:paraId="03922185" w14:textId="77777777" w:rsidR="002C3E1D" w:rsidRDefault="003C20ED">
            <w:pPr>
              <w:jc w:val="center"/>
            </w:pPr>
            <w:r>
              <w:rPr>
                <w:b/>
              </w:rPr>
              <w:t>전기콘센트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68" w:type="dxa"/>
              <w:bottom w:w="17" w:type="dxa"/>
              <w:right w:w="68" w:type="dxa"/>
            </w:tcMar>
            <w:vAlign w:val="center"/>
          </w:tcPr>
          <w:p w14:paraId="181C9009" w14:textId="68D92B29" w:rsidR="002C3E1D" w:rsidRDefault="00292032">
            <w:pPr>
              <w:jc w:val="center"/>
            </w:pPr>
            <w:r>
              <w:rPr>
                <w:b/>
                <w:sz w:val="15"/>
              </w:rPr>
              <w:t>8</w:t>
            </w:r>
            <w:r w:rsidR="003C20ED">
              <w:rPr>
                <w:b/>
                <w:sz w:val="15"/>
              </w:rPr>
              <w:t>0,000원/개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68" w:type="dxa"/>
              <w:bottom w:w="17" w:type="dxa"/>
              <w:right w:w="68" w:type="dxa"/>
            </w:tcMar>
            <w:vAlign w:val="center"/>
          </w:tcPr>
          <w:p w14:paraId="1ACE5CE6" w14:textId="77777777" w:rsidR="002C3E1D" w:rsidRDefault="003C20ED">
            <w:pPr>
              <w:jc w:val="right"/>
            </w:pPr>
            <w:r>
              <w:rPr>
                <w:b/>
                <w:sz w:val="15"/>
              </w:rPr>
              <w:t>개</w:t>
            </w:r>
          </w:p>
        </w:tc>
        <w:tc>
          <w:tcPr>
            <w:tcW w:w="40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56" w:type="dxa"/>
              <w:bottom w:w="8" w:type="dxa"/>
              <w:right w:w="56" w:type="dxa"/>
            </w:tcMar>
            <w:vAlign w:val="center"/>
          </w:tcPr>
          <w:p w14:paraId="79CE9CCC" w14:textId="77777777" w:rsidR="002C3E1D" w:rsidRDefault="002C3E1D"/>
        </w:tc>
      </w:tr>
      <w:tr w:rsidR="002C3E1D" w14:paraId="053D6C1B" w14:textId="77777777">
        <w:trPr>
          <w:trHeight w:hRule="exact" w:val="385"/>
          <w:jc w:val="center"/>
        </w:trPr>
        <w:tc>
          <w:tcPr>
            <w:tcW w:w="12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56" w:type="dxa"/>
              <w:bottom w:w="8" w:type="dxa"/>
              <w:right w:w="56" w:type="dxa"/>
            </w:tcMar>
            <w:vAlign w:val="center"/>
          </w:tcPr>
          <w:p w14:paraId="00AFE3D1" w14:textId="77777777" w:rsidR="002C3E1D" w:rsidRDefault="002C3E1D"/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68" w:type="dxa"/>
              <w:bottom w:w="17" w:type="dxa"/>
              <w:right w:w="68" w:type="dxa"/>
            </w:tcMar>
            <w:vAlign w:val="center"/>
          </w:tcPr>
          <w:p w14:paraId="76C36E3D" w14:textId="77777777" w:rsidR="002C3E1D" w:rsidRDefault="003C20ED">
            <w:pPr>
              <w:jc w:val="center"/>
            </w:pPr>
            <w:r>
              <w:rPr>
                <w:b/>
              </w:rPr>
              <w:t>전화(국내)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68" w:type="dxa"/>
              <w:bottom w:w="17" w:type="dxa"/>
              <w:right w:w="68" w:type="dxa"/>
            </w:tcMar>
            <w:vAlign w:val="center"/>
          </w:tcPr>
          <w:p w14:paraId="42690589" w14:textId="77777777" w:rsidR="002C3E1D" w:rsidRDefault="003C20ED">
            <w:pPr>
              <w:jc w:val="center"/>
            </w:pPr>
            <w:r>
              <w:rPr>
                <w:b/>
                <w:sz w:val="15"/>
              </w:rPr>
              <w:t>70,000원/회선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68" w:type="dxa"/>
              <w:bottom w:w="17" w:type="dxa"/>
              <w:right w:w="68" w:type="dxa"/>
            </w:tcMar>
            <w:vAlign w:val="center"/>
          </w:tcPr>
          <w:p w14:paraId="52062306" w14:textId="77777777" w:rsidR="002C3E1D" w:rsidRDefault="003C20ED">
            <w:pPr>
              <w:jc w:val="right"/>
            </w:pPr>
            <w:r>
              <w:rPr>
                <w:b/>
                <w:sz w:val="15"/>
              </w:rPr>
              <w:t>회선</w:t>
            </w:r>
          </w:p>
        </w:tc>
        <w:tc>
          <w:tcPr>
            <w:tcW w:w="40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68" w:type="dxa"/>
              <w:bottom w:w="17" w:type="dxa"/>
              <w:right w:w="68" w:type="dxa"/>
            </w:tcMar>
            <w:vAlign w:val="center"/>
          </w:tcPr>
          <w:p w14:paraId="507A773E" w14:textId="77777777" w:rsidR="002C3E1D" w:rsidRDefault="003C20ED">
            <w:pPr>
              <w:rPr>
                <w:lang w:eastAsia="ko-KR"/>
              </w:rPr>
            </w:pPr>
            <w:r>
              <w:rPr>
                <w:b/>
                <w:sz w:val="11"/>
                <w:lang w:eastAsia="ko-KR"/>
              </w:rPr>
              <w:t>•파이텍스, 전기콘센트, 전화선, 인터넷선 취소 시</w:t>
            </w:r>
            <w:r>
              <w:rPr>
                <w:b/>
                <w:sz w:val="11"/>
                <w:lang w:eastAsia="ko-KR"/>
              </w:rPr>
              <w:br/>
              <w:t>복구비용 추가</w:t>
            </w:r>
            <w:r>
              <w:rPr>
                <w:b/>
                <w:sz w:val="11"/>
                <w:lang w:eastAsia="ko-KR"/>
              </w:rPr>
              <w:br/>
              <w:t>•인터넷 : 공유기, 허브 사용 불가</w:t>
            </w:r>
          </w:p>
        </w:tc>
      </w:tr>
      <w:tr w:rsidR="002C3E1D" w14:paraId="4BF2565E" w14:textId="77777777">
        <w:trPr>
          <w:trHeight w:hRule="exact" w:val="402"/>
          <w:jc w:val="center"/>
        </w:trPr>
        <w:tc>
          <w:tcPr>
            <w:tcW w:w="12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56" w:type="dxa"/>
              <w:bottom w:w="8" w:type="dxa"/>
              <w:right w:w="56" w:type="dxa"/>
            </w:tcMar>
            <w:vAlign w:val="center"/>
          </w:tcPr>
          <w:p w14:paraId="2068EE79" w14:textId="77777777" w:rsidR="002C3E1D" w:rsidRDefault="002C3E1D">
            <w:pPr>
              <w:rPr>
                <w:lang w:eastAsia="ko-KR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68" w:type="dxa"/>
              <w:bottom w:w="17" w:type="dxa"/>
              <w:right w:w="68" w:type="dxa"/>
            </w:tcMar>
            <w:vAlign w:val="center"/>
          </w:tcPr>
          <w:p w14:paraId="7491674E" w14:textId="77777777" w:rsidR="002C3E1D" w:rsidRDefault="003C20ED">
            <w:pPr>
              <w:jc w:val="center"/>
            </w:pPr>
            <w:r>
              <w:rPr>
                <w:b/>
              </w:rPr>
              <w:t>인터넷(유선)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68" w:type="dxa"/>
              <w:bottom w:w="17" w:type="dxa"/>
              <w:right w:w="68" w:type="dxa"/>
            </w:tcMar>
            <w:vAlign w:val="center"/>
          </w:tcPr>
          <w:p w14:paraId="093502E4" w14:textId="662B62BE" w:rsidR="002C3E1D" w:rsidRDefault="00292032">
            <w:pPr>
              <w:jc w:val="center"/>
            </w:pPr>
            <w:r>
              <w:rPr>
                <w:b/>
                <w:sz w:val="15"/>
              </w:rPr>
              <w:t>20</w:t>
            </w:r>
            <w:r w:rsidR="003C20ED">
              <w:rPr>
                <w:b/>
                <w:sz w:val="15"/>
              </w:rPr>
              <w:t>0,000원/회선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68" w:type="dxa"/>
              <w:bottom w:w="17" w:type="dxa"/>
              <w:right w:w="68" w:type="dxa"/>
            </w:tcMar>
            <w:vAlign w:val="center"/>
          </w:tcPr>
          <w:p w14:paraId="51BC9981" w14:textId="77777777" w:rsidR="002C3E1D" w:rsidRDefault="003C20ED">
            <w:pPr>
              <w:jc w:val="right"/>
            </w:pPr>
            <w:r>
              <w:rPr>
                <w:b/>
                <w:sz w:val="15"/>
              </w:rPr>
              <w:t>회선</w:t>
            </w:r>
          </w:p>
        </w:tc>
        <w:tc>
          <w:tcPr>
            <w:tcW w:w="40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56" w:type="dxa"/>
              <w:bottom w:w="8" w:type="dxa"/>
              <w:right w:w="56" w:type="dxa"/>
            </w:tcMar>
            <w:vAlign w:val="center"/>
          </w:tcPr>
          <w:p w14:paraId="4B59B7F0" w14:textId="77777777" w:rsidR="002C3E1D" w:rsidRDefault="002C3E1D"/>
        </w:tc>
      </w:tr>
      <w:tr w:rsidR="002C3E1D" w14:paraId="6114BA3E" w14:textId="77777777">
        <w:trPr>
          <w:trHeight w:hRule="exact" w:val="402"/>
          <w:jc w:val="center"/>
        </w:trPr>
        <w:tc>
          <w:tcPr>
            <w:tcW w:w="12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56" w:type="dxa"/>
              <w:bottom w:w="8" w:type="dxa"/>
              <w:right w:w="56" w:type="dxa"/>
            </w:tcMar>
            <w:vAlign w:val="center"/>
          </w:tcPr>
          <w:p w14:paraId="2AE8285F" w14:textId="77777777" w:rsidR="002C3E1D" w:rsidRDefault="002C3E1D"/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68" w:type="dxa"/>
              <w:bottom w:w="17" w:type="dxa"/>
              <w:right w:w="68" w:type="dxa"/>
            </w:tcMar>
            <w:vAlign w:val="center"/>
          </w:tcPr>
          <w:p w14:paraId="27617E49" w14:textId="77777777" w:rsidR="002C3E1D" w:rsidRDefault="003C20ED">
            <w:pPr>
              <w:jc w:val="center"/>
            </w:pPr>
            <w:r>
              <w:rPr>
                <w:b/>
              </w:rPr>
              <w:t>급 배 수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68" w:type="dxa"/>
              <w:bottom w:w="17" w:type="dxa"/>
              <w:right w:w="68" w:type="dxa"/>
            </w:tcMar>
            <w:vAlign w:val="center"/>
          </w:tcPr>
          <w:p w14:paraId="62366BB8" w14:textId="77777777" w:rsidR="002C3E1D" w:rsidRDefault="003C20ED">
            <w:pPr>
              <w:jc w:val="center"/>
            </w:pPr>
            <w:r>
              <w:rPr>
                <w:b/>
                <w:sz w:val="15"/>
              </w:rPr>
              <w:t>300,000원/개소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68" w:type="dxa"/>
              <w:bottom w:w="17" w:type="dxa"/>
              <w:right w:w="68" w:type="dxa"/>
            </w:tcMar>
            <w:vAlign w:val="center"/>
          </w:tcPr>
          <w:p w14:paraId="5CCF4A55" w14:textId="77777777" w:rsidR="002C3E1D" w:rsidRDefault="003C20ED">
            <w:pPr>
              <w:jc w:val="right"/>
            </w:pPr>
            <w:r>
              <w:rPr>
                <w:b/>
                <w:sz w:val="15"/>
              </w:rPr>
              <w:t>개소</w:t>
            </w:r>
          </w:p>
        </w:tc>
        <w:tc>
          <w:tcPr>
            <w:tcW w:w="40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56" w:type="dxa"/>
              <w:bottom w:w="8" w:type="dxa"/>
              <w:right w:w="56" w:type="dxa"/>
            </w:tcMar>
            <w:vAlign w:val="center"/>
          </w:tcPr>
          <w:p w14:paraId="17638C94" w14:textId="77777777" w:rsidR="002C3E1D" w:rsidRDefault="002C3E1D"/>
        </w:tc>
      </w:tr>
      <w:tr w:rsidR="002C3E1D" w14:paraId="1037A817" w14:textId="77777777">
        <w:trPr>
          <w:trHeight w:hRule="exact" w:val="425"/>
          <w:jc w:val="center"/>
        </w:trPr>
        <w:tc>
          <w:tcPr>
            <w:tcW w:w="12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56" w:type="dxa"/>
              <w:bottom w:w="8" w:type="dxa"/>
              <w:right w:w="56" w:type="dxa"/>
            </w:tcMar>
            <w:vAlign w:val="center"/>
          </w:tcPr>
          <w:p w14:paraId="7339CA5E" w14:textId="77777777" w:rsidR="002C3E1D" w:rsidRDefault="002C3E1D"/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68" w:type="dxa"/>
              <w:bottom w:w="17" w:type="dxa"/>
              <w:right w:w="68" w:type="dxa"/>
            </w:tcMar>
            <w:vAlign w:val="center"/>
          </w:tcPr>
          <w:p w14:paraId="0B155CEE" w14:textId="77777777" w:rsidR="002C3E1D" w:rsidRDefault="003C20ED">
            <w:pPr>
              <w:jc w:val="center"/>
            </w:pPr>
            <w:r>
              <w:rPr>
                <w:b/>
              </w:rPr>
              <w:t>파이</w:t>
            </w:r>
            <w:r>
              <w:rPr>
                <w:b/>
              </w:rPr>
              <w:br/>
              <w:t>텍스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68" w:type="dxa"/>
              <w:bottom w:w="17" w:type="dxa"/>
              <w:right w:w="68" w:type="dxa"/>
            </w:tcMar>
            <w:vAlign w:val="center"/>
          </w:tcPr>
          <w:p w14:paraId="4D9AD5C6" w14:textId="77777777" w:rsidR="002C3E1D" w:rsidRDefault="003C20ED">
            <w:pPr>
              <w:jc w:val="center"/>
            </w:pPr>
            <w:r>
              <w:rPr>
                <w:b/>
              </w:rPr>
              <w:t>중고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68" w:type="dxa"/>
              <w:bottom w:w="17" w:type="dxa"/>
              <w:right w:w="68" w:type="dxa"/>
            </w:tcMar>
            <w:vAlign w:val="center"/>
          </w:tcPr>
          <w:p w14:paraId="4807F96D" w14:textId="7E52AC11" w:rsidR="002C3E1D" w:rsidRDefault="00292032">
            <w:pPr>
              <w:jc w:val="center"/>
            </w:pPr>
            <w:r>
              <w:rPr>
                <w:b/>
                <w:sz w:val="15"/>
              </w:rPr>
              <w:t>6</w:t>
            </w:r>
            <w:r w:rsidR="003C20ED">
              <w:rPr>
                <w:b/>
                <w:sz w:val="15"/>
              </w:rPr>
              <w:t>0,000원/부스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68" w:type="dxa"/>
              <w:bottom w:w="17" w:type="dxa"/>
              <w:right w:w="68" w:type="dxa"/>
            </w:tcMar>
            <w:vAlign w:val="center"/>
          </w:tcPr>
          <w:p w14:paraId="74F8A508" w14:textId="77777777" w:rsidR="002C3E1D" w:rsidRDefault="003C20ED">
            <w:pPr>
              <w:jc w:val="right"/>
            </w:pPr>
            <w:r>
              <w:rPr>
                <w:b/>
                <w:sz w:val="15"/>
              </w:rPr>
              <w:t>부스</w:t>
            </w:r>
          </w:p>
        </w:tc>
        <w:tc>
          <w:tcPr>
            <w:tcW w:w="40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56" w:type="dxa"/>
              <w:bottom w:w="8" w:type="dxa"/>
              <w:right w:w="56" w:type="dxa"/>
            </w:tcMar>
            <w:vAlign w:val="center"/>
          </w:tcPr>
          <w:p w14:paraId="01E02D54" w14:textId="77777777" w:rsidR="002C3E1D" w:rsidRDefault="002C3E1D"/>
        </w:tc>
      </w:tr>
      <w:tr w:rsidR="002C3E1D" w14:paraId="31B4224E" w14:textId="77777777">
        <w:trPr>
          <w:trHeight w:hRule="exact" w:val="402"/>
          <w:jc w:val="center"/>
        </w:trPr>
        <w:tc>
          <w:tcPr>
            <w:tcW w:w="12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56" w:type="dxa"/>
              <w:bottom w:w="8" w:type="dxa"/>
              <w:right w:w="56" w:type="dxa"/>
            </w:tcMar>
            <w:vAlign w:val="center"/>
          </w:tcPr>
          <w:p w14:paraId="42383327" w14:textId="77777777" w:rsidR="002C3E1D" w:rsidRDefault="002C3E1D"/>
        </w:tc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56" w:type="dxa"/>
              <w:bottom w:w="8" w:type="dxa"/>
              <w:right w:w="56" w:type="dxa"/>
            </w:tcMar>
            <w:vAlign w:val="center"/>
          </w:tcPr>
          <w:p w14:paraId="010F43E0" w14:textId="77777777" w:rsidR="002C3E1D" w:rsidRDefault="002C3E1D"/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68" w:type="dxa"/>
              <w:bottom w:w="17" w:type="dxa"/>
              <w:right w:w="68" w:type="dxa"/>
            </w:tcMar>
            <w:vAlign w:val="center"/>
          </w:tcPr>
          <w:p w14:paraId="41ABA0A5" w14:textId="77777777" w:rsidR="002C3E1D" w:rsidRDefault="003C20ED">
            <w:pPr>
              <w:jc w:val="center"/>
            </w:pPr>
            <w:r>
              <w:rPr>
                <w:b/>
              </w:rPr>
              <w:t>신품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68" w:type="dxa"/>
              <w:bottom w:w="17" w:type="dxa"/>
              <w:right w:w="68" w:type="dxa"/>
            </w:tcMar>
            <w:vAlign w:val="center"/>
          </w:tcPr>
          <w:p w14:paraId="703EC397" w14:textId="366B51C6" w:rsidR="002C3E1D" w:rsidRDefault="00292032">
            <w:pPr>
              <w:jc w:val="center"/>
            </w:pPr>
            <w:r>
              <w:rPr>
                <w:b/>
                <w:sz w:val="15"/>
              </w:rPr>
              <w:t>10</w:t>
            </w:r>
            <w:r w:rsidR="003C20ED">
              <w:rPr>
                <w:b/>
                <w:sz w:val="15"/>
              </w:rPr>
              <w:t>0,000원/부스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68" w:type="dxa"/>
              <w:bottom w:w="17" w:type="dxa"/>
              <w:right w:w="68" w:type="dxa"/>
            </w:tcMar>
            <w:vAlign w:val="center"/>
          </w:tcPr>
          <w:p w14:paraId="32E26181" w14:textId="77777777" w:rsidR="002C3E1D" w:rsidRDefault="003C20ED">
            <w:pPr>
              <w:jc w:val="right"/>
            </w:pPr>
            <w:r>
              <w:rPr>
                <w:b/>
                <w:sz w:val="15"/>
              </w:rPr>
              <w:t>부스</w:t>
            </w:r>
          </w:p>
        </w:tc>
        <w:tc>
          <w:tcPr>
            <w:tcW w:w="40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56" w:type="dxa"/>
              <w:bottom w:w="8" w:type="dxa"/>
              <w:right w:w="56" w:type="dxa"/>
            </w:tcMar>
            <w:vAlign w:val="center"/>
          </w:tcPr>
          <w:p w14:paraId="31C37033" w14:textId="77777777" w:rsidR="002C3E1D" w:rsidRDefault="002C3E1D"/>
        </w:tc>
      </w:tr>
    </w:tbl>
    <w:p w14:paraId="6694D2A4" w14:textId="77777777" w:rsidR="002C3E1D" w:rsidRDefault="003C20ED">
      <w:pPr>
        <w:spacing w:line="180" w:lineRule="exact"/>
        <w:rPr>
          <w:lang w:eastAsia="ko-KR"/>
        </w:rPr>
      </w:pPr>
      <w:r>
        <w:rPr>
          <w:b/>
          <w:sz w:val="12"/>
          <w:lang w:eastAsia="ko-KR"/>
        </w:rPr>
        <w:t>※ 참가신청서를 제출해 주시면 인보이스를 보내드릴 예정이며, 인보이스에 기재되어 있는 날짜까지 입금해주시기 바랍니다.</w:t>
      </w:r>
    </w:p>
    <w:tbl>
      <w:tblPr>
        <w:tblW w:w="10772" w:type="dxa"/>
        <w:jc w:val="center"/>
        <w:tblLayout w:type="fixed"/>
        <w:tblLook w:val="04A0" w:firstRow="1" w:lastRow="0" w:firstColumn="1" w:lastColumn="0" w:noHBand="0" w:noVBand="1"/>
      </w:tblPr>
      <w:tblGrid>
        <w:gridCol w:w="1361"/>
        <w:gridCol w:w="9411"/>
      </w:tblGrid>
      <w:tr w:rsidR="002C3E1D" w14:paraId="52AE891B" w14:textId="77777777">
        <w:trPr>
          <w:trHeight w:hRule="exact" w:val="481"/>
          <w:jc w:val="center"/>
        </w:trPr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8D6F0"/>
            <w:tcMar>
              <w:top w:w="17" w:type="dxa"/>
              <w:left w:w="68" w:type="dxa"/>
              <w:bottom w:w="17" w:type="dxa"/>
              <w:right w:w="68" w:type="dxa"/>
            </w:tcMar>
            <w:vAlign w:val="center"/>
          </w:tcPr>
          <w:p w14:paraId="7661C247" w14:textId="77777777" w:rsidR="002C3E1D" w:rsidRDefault="003C20ED">
            <w:pPr>
              <w:jc w:val="center"/>
            </w:pPr>
            <w:r>
              <w:rPr>
                <w:b/>
                <w:sz w:val="12"/>
              </w:rPr>
              <w:t>납 부 계 좌</w:t>
            </w:r>
          </w:p>
        </w:tc>
        <w:tc>
          <w:tcPr>
            <w:tcW w:w="9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68" w:type="dxa"/>
              <w:bottom w:w="17" w:type="dxa"/>
              <w:right w:w="68" w:type="dxa"/>
            </w:tcMar>
            <w:vAlign w:val="center"/>
          </w:tcPr>
          <w:p w14:paraId="1F6722CB" w14:textId="497C45C9" w:rsidR="002C3E1D" w:rsidRDefault="003C20ED">
            <w:pPr>
              <w:rPr>
                <w:lang w:eastAsia="ko-KR"/>
              </w:rPr>
            </w:pPr>
            <w:r>
              <w:rPr>
                <w:rFonts w:hint="eastAsia"/>
                <w:sz w:val="11"/>
                <w:lang w:eastAsia="ko-KR"/>
              </w:rPr>
              <w:t>I</w:t>
            </w:r>
            <w:r>
              <w:rPr>
                <w:sz w:val="11"/>
                <w:lang w:eastAsia="ko-KR"/>
              </w:rPr>
              <w:t>BK</w:t>
            </w:r>
            <w:r>
              <w:rPr>
                <w:rFonts w:hint="eastAsia"/>
                <w:sz w:val="11"/>
                <w:lang w:eastAsia="ko-KR"/>
              </w:rPr>
              <w:t>기업은행</w:t>
            </w:r>
            <w:r>
              <w:rPr>
                <w:sz w:val="11"/>
                <w:lang w:eastAsia="ko-KR"/>
              </w:rPr>
              <w:t xml:space="preserve"> </w:t>
            </w:r>
            <w:r w:rsidR="00292032">
              <w:rPr>
                <w:sz w:val="11"/>
                <w:lang w:eastAsia="ko-KR"/>
              </w:rPr>
              <w:t>114-162922-01-020</w:t>
            </w:r>
            <w:r>
              <w:rPr>
                <w:sz w:val="11"/>
                <w:lang w:eastAsia="ko-KR"/>
              </w:rPr>
              <w:t xml:space="preserve">        예금주 : (주)</w:t>
            </w:r>
            <w:r w:rsidR="00292032">
              <w:rPr>
                <w:rFonts w:hint="eastAsia"/>
                <w:sz w:val="11"/>
                <w:lang w:eastAsia="ko-KR"/>
              </w:rPr>
              <w:t>인터페스타</w:t>
            </w:r>
            <w:r>
              <w:rPr>
                <w:sz w:val="11"/>
                <w:lang w:eastAsia="ko-KR"/>
              </w:rPr>
              <w:t xml:space="preserve">        ※ 입금 시 반드시 업체명 기재</w:t>
            </w:r>
          </w:p>
        </w:tc>
      </w:tr>
      <w:tr w:rsidR="002C3E1D" w14:paraId="13778CB4" w14:textId="77777777">
        <w:trPr>
          <w:trHeight w:hRule="exact" w:val="589"/>
          <w:jc w:val="center"/>
        </w:trPr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8D6F0"/>
            <w:tcMar>
              <w:top w:w="17" w:type="dxa"/>
              <w:left w:w="68" w:type="dxa"/>
              <w:bottom w:w="17" w:type="dxa"/>
              <w:right w:w="68" w:type="dxa"/>
            </w:tcMar>
            <w:vAlign w:val="center"/>
          </w:tcPr>
          <w:p w14:paraId="0CCEB5F7" w14:textId="77777777" w:rsidR="002C3E1D" w:rsidRDefault="003C20ED">
            <w:pPr>
              <w:jc w:val="center"/>
            </w:pPr>
            <w:r>
              <w:rPr>
                <w:b/>
                <w:sz w:val="12"/>
              </w:rPr>
              <w:t>개인정보</w:t>
            </w:r>
            <w:r>
              <w:rPr>
                <w:b/>
                <w:sz w:val="12"/>
              </w:rPr>
              <w:br/>
              <w:t>보 호 정 책</w:t>
            </w:r>
          </w:p>
        </w:tc>
        <w:tc>
          <w:tcPr>
            <w:tcW w:w="9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68" w:type="dxa"/>
              <w:bottom w:w="17" w:type="dxa"/>
              <w:right w:w="68" w:type="dxa"/>
            </w:tcMar>
            <w:vAlign w:val="center"/>
          </w:tcPr>
          <w:p w14:paraId="71278072" w14:textId="77777777" w:rsidR="002C3E1D" w:rsidRDefault="003C20ED">
            <w:pPr>
              <w:rPr>
                <w:lang w:eastAsia="ko-KR"/>
              </w:rPr>
            </w:pPr>
            <w:r>
              <w:rPr>
                <w:sz w:val="10"/>
                <w:lang w:eastAsia="ko-KR"/>
              </w:rPr>
              <w:t>※ 참가 신청서에 기입된 내용이 사실과 다르지 않음에 동의합니다.</w:t>
            </w:r>
            <w:r>
              <w:rPr>
                <w:sz w:val="10"/>
                <w:lang w:eastAsia="ko-KR"/>
              </w:rPr>
              <w:br/>
              <w:t>※ 자세한 사항은 ‘수원캠핑카쇼’ 공식홈페이지의 정보정책을 참고하시기 바랍니다.</w:t>
            </w:r>
          </w:p>
        </w:tc>
      </w:tr>
    </w:tbl>
    <w:p w14:paraId="6C5D8F75" w14:textId="77777777" w:rsidR="002C3E1D" w:rsidRDefault="002C3E1D">
      <w:pPr>
        <w:spacing w:line="340" w:lineRule="exact"/>
        <w:rPr>
          <w:lang w:eastAsia="ko-KR"/>
        </w:rPr>
      </w:pPr>
    </w:p>
    <w:p w14:paraId="5C5572F0" w14:textId="55A8F465" w:rsidR="002C3E1D" w:rsidRDefault="003C20ED">
      <w:pPr>
        <w:spacing w:line="240" w:lineRule="exact"/>
        <w:jc w:val="center"/>
        <w:rPr>
          <w:lang w:eastAsia="ko-KR"/>
        </w:rPr>
      </w:pPr>
      <w:r>
        <w:rPr>
          <w:b/>
          <w:sz w:val="16"/>
          <w:lang w:eastAsia="ko-KR"/>
        </w:rPr>
        <w:t>당사는 ‘제7회 수원캠핑카쇼’ 참가규정 및 계약조건을 확인하였으며,</w:t>
      </w:r>
    </w:p>
    <w:p w14:paraId="55274FB5" w14:textId="77777777" w:rsidR="002C3E1D" w:rsidRDefault="003C20ED">
      <w:pPr>
        <w:spacing w:line="240" w:lineRule="exact"/>
        <w:jc w:val="center"/>
        <w:rPr>
          <w:lang w:eastAsia="ko-KR"/>
        </w:rPr>
      </w:pPr>
      <w:r>
        <w:rPr>
          <w:b/>
          <w:sz w:val="16"/>
          <w:lang w:eastAsia="ko-KR"/>
        </w:rPr>
        <w:t>상기와 같이 참가신청 및 계약체결을 하고자 합니다.</w:t>
      </w:r>
    </w:p>
    <w:p w14:paraId="6029A985" w14:textId="77777777" w:rsidR="002C3E1D" w:rsidRDefault="002C3E1D">
      <w:pPr>
        <w:spacing w:line="300" w:lineRule="exact"/>
        <w:rPr>
          <w:lang w:eastAsia="ko-KR"/>
        </w:rPr>
      </w:pPr>
    </w:p>
    <w:p w14:paraId="39593A32" w14:textId="77777777" w:rsidR="002C3E1D" w:rsidRDefault="003C20ED">
      <w:pPr>
        <w:spacing w:line="280" w:lineRule="exact"/>
        <w:jc w:val="center"/>
        <w:rPr>
          <w:lang w:eastAsia="ko-KR"/>
        </w:rPr>
      </w:pPr>
      <w:r>
        <w:rPr>
          <w:b/>
          <w:sz w:val="16"/>
          <w:lang w:eastAsia="ko-KR"/>
        </w:rPr>
        <w:t>년           월           일                 대표자 :                         (인)</w:t>
      </w:r>
    </w:p>
    <w:p w14:paraId="2F1A52B4" w14:textId="77777777" w:rsidR="002C3E1D" w:rsidRDefault="002C3E1D">
      <w:pPr>
        <w:spacing w:line="200" w:lineRule="exact"/>
        <w:rPr>
          <w:lang w:eastAsia="ko-KR"/>
        </w:rPr>
      </w:pPr>
    </w:p>
    <w:p w14:paraId="1FE38242" w14:textId="06445165" w:rsidR="002C3E1D" w:rsidRDefault="00292032">
      <w:pPr>
        <w:spacing w:line="280" w:lineRule="exact"/>
        <w:jc w:val="center"/>
        <w:rPr>
          <w:lang w:eastAsia="ko-KR"/>
        </w:rPr>
      </w:pPr>
      <w:r>
        <w:rPr>
          <w:rFonts w:hint="eastAsia"/>
          <w:b/>
          <w:sz w:val="22"/>
          <w:lang w:eastAsia="ko-KR"/>
        </w:rPr>
        <w:t xml:space="preserve">주식회사 인터페스타 </w:t>
      </w:r>
      <w:r w:rsidR="003C20ED">
        <w:rPr>
          <w:b/>
          <w:sz w:val="22"/>
          <w:lang w:eastAsia="ko-KR"/>
        </w:rPr>
        <w:t>귀중</w:t>
      </w:r>
    </w:p>
    <w:p w14:paraId="00C59CD6" w14:textId="08B8844E" w:rsidR="002C3E1D" w:rsidRDefault="002C3E1D">
      <w:pPr>
        <w:spacing w:line="140" w:lineRule="exact"/>
        <w:rPr>
          <w:lang w:eastAsia="ko-KR"/>
        </w:rPr>
      </w:pPr>
    </w:p>
    <w:sectPr w:rsidR="002C3E1D" w:rsidSect="00034616">
      <w:pgSz w:w="11906" w:h="16838"/>
      <w:pgMar w:top="454" w:right="567" w:bottom="397" w:left="567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anumGothic">
    <w:altName w:val="NanumGothic"/>
    <w:charset w:val="81"/>
    <w:family w:val="auto"/>
    <w:pitch w:val="variable"/>
    <w:sig w:usb0="80000003" w:usb1="09D7FCEB" w:usb2="00000010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2032"/>
    <w:rsid w:val="0029639D"/>
    <w:rsid w:val="002C3E1D"/>
    <w:rsid w:val="00326F90"/>
    <w:rsid w:val="003C20ED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1E2C34"/>
  <w14:defaultImageDpi w14:val="300"/>
  <w15:docId w15:val="{9E1A4C98-197B-4DF5-A9DF-AEDDB0FDF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0" w:line="240" w:lineRule="auto"/>
    </w:pPr>
    <w:rPr>
      <w:rFonts w:ascii="NanumGothic" w:eastAsia="NanumGothic" w:hAnsi="NanumGothic"/>
      <w:sz w:val="14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PC-ESN-N0218</cp:lastModifiedBy>
  <cp:revision>3</cp:revision>
  <dcterms:created xsi:type="dcterms:W3CDTF">2013-12-23T23:15:00Z</dcterms:created>
  <dcterms:modified xsi:type="dcterms:W3CDTF">2026-07-22T01:11:00Z</dcterms:modified>
  <cp:category/>
</cp:coreProperties>
</file>